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המין (זכר/נקבה) והמספר (יחיד/רבים) של שמות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נכונה בין שם עצם לשם תואר ולפועל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מפתיעות וצורות זוגי מיוחדות כמו עיניים וידיים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מין ומספר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נקבה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הדלת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מילים כמו 'אבא' שמסתיימות בה אך הן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מילים מיוחדות שאין להן צורת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הזוגי משמש לאיברי גוף כפולים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כלל ההתאמה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'לילה' הוא זכר, למרות שהרבים שלו מסתיים ב־ות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מלמדות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זכר לנקבה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(ילדה)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(חתולה)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(מלכה)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(גננת)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תיקון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הדרך ארוכה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משפטים שבהם שם התואר או הפועל מתאימים נכון למין של דרך (נקבה) ושל קיר (זכר)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יסבירו שלכל שם עצם יש מין קבוע שקובע את צורת התואר והפועל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מקובלות: דרך, קיר, עין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הזוגי משמש לאיברי גוף כפולים כמו עיניים וידיים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בזיהוי מין ומספר על הלוח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המילים המפתיעות בעזרת דוגמאות נוספות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החנ״מ מומלץ להוסיף תמונות לכל מילה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לכל מילה יש זכר או נקבה, ויחיד או רבים. המילים שמתארות אותה צריכות להתאים לה. יש מילים מיוחדות שצריך לזכור.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אחת של המילה, למשל: 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שנייה של המילה, למשל: 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אחד בלבד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מדבר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ופועל חייבים להתאים במין ובמספר לשם העצם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רבים מיוחדת לדברים שבאים בזוג, כמו עיניים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או ההברה שבסוף המילה, כמו ־ים או ־ות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המין של המילה 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המין של המילה קיר?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כותבים ילד ברבים?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כותבים מורה ברבים?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אומרים כששתי 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משפט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הדלת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הדלת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הדלת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הדלת גדולות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שמסתיימת באות ה היא תמיד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מילים בעברית שנראות יחיד אבל הן תמיד ברבים, כמו 'מים' ו'שמיים'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'עיניים' היא צורת הזוגי של 'עין'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בעברית תמיד מתאים במין ובמספר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'לילות' היא רבים של מילה בנקבה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השולחן __________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הדלת __________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__________ בחצר.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המורות __________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לכל אדם יש שתי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לכל אדם יש שתי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זכר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מלכה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חתול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גננת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חתולה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ילדה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תיקון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תקנו את הטעות במשפט: 'הדרך ארוך מאוד.'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משפטים: אחד עם המילה 'דרך' ואחד עם המילה 'קיר', תוך הקפדה על התאמה נכונה של זכר ונקבה.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זכר לנקבה בשם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מפתיעה שהמין שלה לא ברור מהצליל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צורת הזוגי, ולאיזה סוג מילים היא מתאימה?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